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ZEN VENTURES RENTALS LTD.</w:t>
      </w:r>
    </w:p>
    <w:p>
      <w:pPr>
        <w:jc w:val="center"/>
      </w:pPr>
      <w:r>
        <w:rPr>
          <w:b/>
        </w:rPr>
        <w:t>CANDLE LAKE, SASKATCHEWAN</w:t>
      </w:r>
    </w:p>
    <w:p>
      <w:pPr>
        <w:jc w:val="center"/>
      </w:pPr>
      <w:r>
        <w:rPr>
          <w:b/>
        </w:rPr>
        <w:t>CABIN &amp; RECREATIONAL ACTIVITIES</w:t>
      </w:r>
    </w:p>
    <w:p>
      <w:pPr>
        <w:jc w:val="center"/>
      </w:pPr>
      <w:r>
        <w:rPr>
          <w:b/>
        </w:rPr>
        <w:t>RELEASE, WAIVER, ASSUMPTION OF RISK &amp; INDEMNITY AGREEMENT</w:t>
      </w:r>
    </w:p>
    <w:p/>
    <w:p>
      <w:pPr>
        <w:jc w:val="center"/>
      </w:pPr>
      <w:r>
        <w:rPr>
          <w:b w:val="0"/>
        </w:rPr>
        <w:t>This Agreement is intended to apply to the rental property, grounds and recreational activities made available to a Participant during a stay at the Zen Ventures Rentals Ltd. property in or near Candle Lake, Saskatchewan.</w:t>
      </w:r>
    </w:p>
    <w:p/>
    <w:p>
      <w:pPr>
        <w:jc w:val="center"/>
      </w:pPr>
      <w:r>
        <w:rPr>
          <w:b/>
        </w:rPr>
        <w:t>IMPORTANT NOTICE</w:t>
      </w:r>
    </w:p>
    <w:p>
      <w:r>
        <w:rPr>
          <w:b w:val="0"/>
        </w:rPr>
        <w:t>PLEASE READ CAREFULLY. THIS IS A LEGAL AGREEMENT. IT AFFECTS YOUR LEGAL RIGHTS, INCLUDING YOUR RIGHT TO BRING CERTAIN CLAIMS. DO NOT SIGN UNTIL YOU HAVE READ AND UNDERSTOOD IT. YOU MAY SEEK INDEPENDENT LEGAL ADVICE BEFORE SIGNING.</w:t>
      </w:r>
    </w:p>
    <w:p/>
    <w:p>
      <w:r>
        <w:rPr>
          <w:b w:val="0"/>
        </w:rPr>
        <w:t>Participant Name: ______________________________________________</w:t>
      </w:r>
    </w:p>
    <w:p>
      <w:r>
        <w:rPr>
          <w:b w:val="0"/>
        </w:rPr>
        <w:t>Booking / Reservation Name: ____________________________________</w:t>
      </w:r>
    </w:p>
    <w:p>
      <w:r>
        <w:rPr>
          <w:b w:val="0"/>
        </w:rPr>
        <w:t>Stay Dates: _______________________ to __________________________</w:t>
      </w:r>
    </w:p>
    <w:p>
      <w:r>
        <w:rPr>
          <w:b w:val="0"/>
        </w:rPr>
        <w:t>Number of Adults: __________   Number of Minors: __________</w:t>
      </w:r>
    </w:p>
    <w:p>
      <w:r>
        <w:rPr>
          <w:b w:val="0"/>
        </w:rPr>
        <w:t>Emergency Contact: _____________________________________________</w:t>
      </w:r>
    </w:p>
    <w:p>
      <w:r>
        <w:rPr>
          <w:b w:val="0"/>
        </w:rPr>
        <w:t>Emergency Phone: ______________________________________________</w:t>
      </w:r>
    </w:p>
    <w:p/>
    <w:p>
      <w:r>
        <w:rPr>
          <w:b w:val="0"/>
        </w:rPr>
        <w:t>Property / Cabin: Zen Ventures Rentals Ltd. — Candle Lake, Saskatchewan</w:t>
      </w:r>
    </w:p>
    <w:p/>
    <w:p>
      <w:r>
        <w:rPr>
          <w:b w:val="0"/>
        </w:rPr>
        <w:t>Participant Signature: __________________________________________</w:t>
      </w:r>
    </w:p>
    <w:p>
      <w:r>
        <w:rPr>
          <w:b w:val="0"/>
        </w:rPr>
        <w:t>Date: __________________________</w:t>
      </w:r>
    </w:p>
    <w:p>
      <w:r>
        <w:br w:type="page"/>
      </w:r>
    </w:p>
    <w:p>
      <w:pPr>
        <w:pStyle w:val="Heading1"/>
      </w:pPr>
      <w:r>
        <w:t>1. PARTIES AND DEFINITIONS</w:t>
      </w:r>
    </w:p>
    <w:p>
      <w:r>
        <w:rPr>
          <w:b w:val="0"/>
        </w:rPr>
        <w:t>This Activity Waiver &amp; Release (the “Agreement”) is entered into by the person signing below (the “Participant”) in favour of Zen Ventures Rentals Ltd. (the “Provider”), together with its owners, shareholders, directors, officers, employees, contractors, agents, representatives, property managers, maintenance personnel, instructors, equipment owners or operators, insurers, successors and assigns (collectively, the “Released Parties”).</w:t>
      </w:r>
    </w:p>
    <w:p>
      <w:r>
        <w:rPr>
          <w:b w:val="0"/>
        </w:rPr>
        <w:t>“Property” means the Candle Lake, Saskatchewan vacation-rental property and all areas, structures, improvements, equipment and amenities made available to the Participant, including the cabin, bunkhouse, decks, stairs, yard, dock, shoreline, fire-pit areas, sauna, steam room, outdoor shower, storage areas and other areas identified by the Provider.</w:t>
      </w:r>
    </w:p>
    <w:p>
      <w:r>
        <w:rPr>
          <w:b w:val="0"/>
        </w:rPr>
        <w:t>“Activities” means any use of the Property and any recreational activity or equipment made available, rented, loaned, or permitted by the Provider, including water access, swimming, water toys, kayaks, paddleboards, pontoon boat, personal watercraft/Sea-Doo, golf cart and other activities.</w:t>
      </w:r>
    </w:p>
    <w:p>
      <w:r>
        <w:rPr>
          <w:b/>
        </w:rPr>
        <w:t>Participant Initials: ____________________    Date: ____________________</w:t>
      </w:r>
    </w:p>
    <w:p>
      <w:pPr>
        <w:pStyle w:val="Heading1"/>
      </w:pPr>
      <w:r>
        <w:t>2. CONSIDERATION AND PERMISSION TO PARTICIPATE</w:t>
      </w:r>
    </w:p>
    <w:p>
      <w:r>
        <w:rPr>
          <w:b w:val="0"/>
        </w:rPr>
        <w:t>In consideration of being permitted to enter, occupy and use the Property and/or participate in the Activities, the Participant agrees to the terms of this Agreement. The Participant understands that permission to use the Property or Activities is conditional upon acceptance of these terms.</w:t>
      </w:r>
    </w:p>
    <w:p>
      <w:r>
        <w:rPr>
          <w:b w:val="0"/>
        </w:rPr>
        <w:t>The Participant acknowledges that the Provider is relying upon this Agreement when allowing the Participant and members of the Participant’s group to access the Property and Activities.</w:t>
      </w:r>
    </w:p>
    <w:p>
      <w:r>
        <w:rPr>
          <w:b/>
        </w:rPr>
        <w:t>Participant Initials: ____________________    Date: ____________________</w:t>
      </w:r>
    </w:p>
    <w:p>
      <w:pPr>
        <w:pStyle w:val="Heading1"/>
      </w:pPr>
      <w:r>
        <w:t>3. DESCRIPTION OF PROPERTY AND ACTIVITIES</w:t>
      </w:r>
    </w:p>
    <w:p>
      <w:r>
        <w:rPr>
          <w:b w:val="0"/>
        </w:rPr>
        <w:t>The Participant acknowledges that the Property is a recreational lakefront property and that its amenities may include, depending on the reservation and availability:</w:t>
      </w:r>
    </w:p>
    <w:p>
      <w:pPr>
        <w:pStyle w:val="ListBullet"/>
      </w:pPr>
      <w:r>
        <w:t>Cabin, bunkhouse, decks, stairs, lofts, sleeping areas and other structures.</w:t>
      </w:r>
    </w:p>
    <w:p>
      <w:pPr>
        <w:pStyle w:val="ListBullet"/>
      </w:pPr>
      <w:r>
        <w:t>Lakefront access, shoreline and dock.</w:t>
      </w:r>
    </w:p>
    <w:p>
      <w:pPr>
        <w:pStyle w:val="ListBullet"/>
      </w:pPr>
      <w:r>
        <w:t>Swimming and water access.</w:t>
      </w:r>
    </w:p>
    <w:p>
      <w:pPr>
        <w:pStyle w:val="ListBullet"/>
      </w:pPr>
      <w:r>
        <w:t>Sauna, steam room and outdoor shower.</w:t>
      </w:r>
    </w:p>
    <w:p>
      <w:pPr>
        <w:pStyle w:val="ListBullet"/>
      </w:pPr>
      <w:r>
        <w:t>Fire pit, fireplace, BBQ and outdoor cooking areas.</w:t>
      </w:r>
    </w:p>
    <w:p>
      <w:pPr>
        <w:pStyle w:val="ListBullet"/>
      </w:pPr>
      <w:r>
        <w:t>Kayaks, paddleboards, floatation devices and other water toys.</w:t>
      </w:r>
    </w:p>
    <w:p>
      <w:pPr>
        <w:pStyle w:val="ListBullet"/>
      </w:pPr>
      <w:r>
        <w:t>Pontoon boat and/or personal watercraft (including Sea-Doo), when separately authorized and subject to applicable rules, agreements, licensing and insurance requirements.</w:t>
      </w:r>
    </w:p>
    <w:p>
      <w:pPr>
        <w:pStyle w:val="ListBullet"/>
      </w:pPr>
      <w:r>
        <w:t>Golf cart, when separately authorized.</w:t>
      </w:r>
    </w:p>
    <w:p>
      <w:pPr>
        <w:pStyle w:val="ListBullet"/>
      </w:pPr>
      <w:r>
        <w:t>Outdoor recreational areas, yard, storage areas and access routes.</w:t>
      </w:r>
    </w:p>
    <w:p>
      <w:pPr>
        <w:pStyle w:val="ListBullet"/>
      </w:pPr>
      <w:r>
        <w:t>Any replacement, additional or substitute equipment or amenities made available during the Participant’s stay.</w:t>
      </w:r>
    </w:p>
    <w:p>
      <w:r>
        <w:rPr>
          <w:b/>
        </w:rPr>
        <w:t>Participant Initials: ____________________    Date: ____________________</w:t>
      </w:r>
    </w:p>
    <w:p>
      <w:pPr>
        <w:pStyle w:val="Heading1"/>
      </w:pPr>
      <w:r>
        <w:t>4. ACKNOWLEDGMENT OF INHERENT RISKS</w:t>
      </w:r>
    </w:p>
    <w:p>
      <w:r>
        <w:rPr>
          <w:b w:val="0"/>
        </w:rPr>
        <w:t>The Participant understands that recreational property and lake activities involve inherent and other risks, some of which cannot be eliminated without changing the nature of the experience. The Participant voluntarily assumes the risks associated with entering the Property and participating in Activities.</w:t>
      </w:r>
    </w:p>
    <w:p>
      <w:r>
        <w:rPr>
          <w:b w:val="0"/>
        </w:rPr>
        <w:t>Risks may include, without limitation, slips, trips and falls; uneven or slippery surfaces; stairs and elevated decks; falls into or near water; drowning; changing water conditions; waves, currents and wind; cold water; weather; lightning; ice and snow; fire; burns; smoke; steam; heat; equipment malfunction; collisions; capsizing; striking objects; falling objects; wildlife and insects; remoteness from emergency services; delayed medical assistance; other participants; operator error; distraction; fatigue; intoxication; and unforeseeable events.</w:t>
      </w:r>
    </w:p>
    <w:p>
      <w:r>
        <w:rPr>
          <w:b/>
        </w:rPr>
        <w:t>Participant Initials: ____________________    Date: ____________________</w:t>
      </w:r>
    </w:p>
    <w:p>
      <w:pPr>
        <w:pStyle w:val="Heading1"/>
      </w:pPr>
      <w:r>
        <w:t>5. RELEASE OF LIABILITY</w:t>
      </w:r>
    </w:p>
    <w:p>
      <w:r>
        <w:rPr>
          <w:b w:val="0"/>
        </w:rPr>
        <w:t>TO THE FULLEST EXTENT PERMITTED BY LAW, THE PARTICIPANT RELEASES AND FOREVER DISCHARGES THE RELEASED PARTIES FROM CLAIMS, DEMANDS, ACTIONS, DAMAGES, COSTS, EXPENSES AND LIABILITIES ARISING FROM OR RELATING TO THE PARTICIPANT’S ENTRY ONTO, OCCUPANCY OF, OR USE OF THE PROPERTY OR PARTICIPATION IN ANY ACTIVITY, INCLUDING CLAIMS FOR PERSONAL INJURY, DEATH, PROPERTY DAMAGE OR LOSS.</w:t>
      </w:r>
    </w:p>
    <w:p>
      <w:r>
        <w:rPr>
          <w:b w:val="0"/>
        </w:rPr>
        <w:t>The Participant understands that this release is intended to apply to claims arising from risks described in this Agreement and, to the extent legally effective, from negligence of a Released Party. Nothing in this Agreement is intended to exclude liability that cannot lawfully be excluded under Saskatchewan law.</w:t>
      </w:r>
    </w:p>
    <w:p>
      <w:r>
        <w:rPr>
          <w:b/>
        </w:rPr>
        <w:t>Participant Initials: ____________________    Date: ____________________</w:t>
      </w:r>
    </w:p>
    <w:p>
      <w:r>
        <w:br w:type="page"/>
      </w:r>
    </w:p>
    <w:p>
      <w:pPr>
        <w:pStyle w:val="Heading1"/>
      </w:pPr>
      <w:r>
        <w:t>6. ASSUMPTION OF RISK</w:t>
      </w:r>
    </w:p>
    <w:p>
      <w:r>
        <w:rPr>
          <w:b w:val="0"/>
        </w:rPr>
        <w:t>The Participant knowingly and voluntarily assumes all risks associated with the Property and Activities, whether known or unknown, obvious or not obvious, including risks arising from conditions of the Property, equipment, weather, water, other persons, the Participant’s own actions, or a combination of circumstances.</w:t>
      </w:r>
    </w:p>
    <w:p>
      <w:r>
        <w:rPr>
          <w:b w:val="0"/>
        </w:rPr>
        <w:t>The Participant accepts responsibility for deciding whether to participate in any Activity and agrees not to participate when tired, impaired, injured, unwell, inexperienced, or otherwise unable to participate safely.</w:t>
      </w:r>
    </w:p>
    <w:p>
      <w:r>
        <w:rPr>
          <w:b/>
        </w:rPr>
        <w:t>Participant Initials: ____________________    Date: ____________________</w:t>
      </w:r>
    </w:p>
    <w:p>
      <w:pPr>
        <w:pStyle w:val="Heading1"/>
      </w:pPr>
      <w:r>
        <w:t>7. FITNESS, COMPETENCE AND SAFETY</w:t>
      </w:r>
    </w:p>
    <w:p>
      <w:r>
        <w:rPr>
          <w:b w:val="0"/>
        </w:rPr>
        <w:t>The Participant represents that they are physically and mentally capable of participating in the Activities they choose to undertake. The Participant agrees to obtain medical advice where appropriate and understands that the Provider does not provide medical or fitness assessments.</w:t>
      </w:r>
    </w:p>
    <w:p>
      <w:r>
        <w:rPr>
          <w:b w:val="0"/>
        </w:rPr>
        <w:t>The Participant agrees to follow posted instructions, manufacturer instructions, safety directions, applicable laws and reasonable instructions from the Provider. The Provider may refuse, restrict or terminate access to any Activity or equipment for safety reasons.</w:t>
      </w:r>
    </w:p>
    <w:p>
      <w:r>
        <w:rPr>
          <w:b/>
        </w:rPr>
        <w:t>Participant Initials: ____________________    Date: ____________________</w:t>
      </w:r>
    </w:p>
    <w:p>
      <w:pPr>
        <w:pStyle w:val="Heading1"/>
      </w:pPr>
      <w:r>
        <w:t>8. WATER, DOCK AND SWIMMING RISKS</w:t>
      </w:r>
    </w:p>
    <w:p>
      <w:r>
        <w:rPr>
          <w:b w:val="0"/>
        </w:rPr>
        <w:t>Lakefront activities involve significant risks, including drowning, cold-water shock, hypothermia, currents, waves, changing weather, reduced visibility, submerged objects, slippery surfaces, falls from docks, boat traffic and inability to obtain immediate assistance.</w:t>
      </w:r>
    </w:p>
    <w:p>
      <w:r>
        <w:rPr>
          <w:b w:val="0"/>
        </w:rPr>
        <w:t>The Participant is responsible for assessing their own ability to swim and for using appropriate personal flotation devices and safety equipment. Children must be supervised by a responsible adult at all times around water, docks and watercraft.</w:t>
      </w:r>
    </w:p>
    <w:p>
      <w:r>
        <w:rPr>
          <w:b w:val="0"/>
        </w:rPr>
        <w:t>No representation is made that the lake, shoreline, dock, water depth or conditions are safe for every Participant or at every time.</w:t>
      </w:r>
    </w:p>
    <w:p>
      <w:r>
        <w:rPr>
          <w:b/>
        </w:rPr>
        <w:t>Participant Initials: ____________________    Date: ____________________</w:t>
      </w:r>
    </w:p>
    <w:p>
      <w:pPr>
        <w:pStyle w:val="Heading1"/>
      </w:pPr>
      <w:r>
        <w:t>9. WATER TOYS, KAYAKS AND PADDLEBOARDS</w:t>
      </w:r>
    </w:p>
    <w:p>
      <w:r>
        <w:rPr>
          <w:b w:val="0"/>
        </w:rPr>
        <w:t>Use of kayaks, paddleboards, floats and other water toys is at the Participant’s own risk. Participants must use appropriate safety equipment, follow applicable laws, avoid hazardous weather and water conditions, and remain within their abilities.</w:t>
      </w:r>
    </w:p>
    <w:p>
      <w:r>
        <w:rPr>
          <w:b w:val="0"/>
        </w:rPr>
        <w:t>Equipment may be unavailable, removed from service, damaged or restricted at any time. The Provider does not guarantee that any particular equipment will be available.</w:t>
      </w:r>
    </w:p>
    <w:p>
      <w:r>
        <w:rPr>
          <w:b/>
        </w:rPr>
        <w:t>Participant Initials: ____________________    Date: ____________________</w:t>
      </w:r>
    </w:p>
    <w:p>
      <w:pPr>
        <w:pStyle w:val="Heading1"/>
      </w:pPr>
      <w:r>
        <w:t>10. PERSONAL WATERCRAFT / SEA-DOO</w:t>
      </w:r>
    </w:p>
    <w:p>
      <w:r>
        <w:rPr>
          <w:b w:val="0"/>
        </w:rPr>
        <w:t>Where a personal watercraft is made available, its use is subject to a separate rental/usage agreement, applicable Saskatchewan law, licensing requirements, safety requirements and any insurance conditions. The Participant must meet all eligibility requirements before operating the watercraft.</w:t>
      </w:r>
    </w:p>
    <w:p>
      <w:r>
        <w:rPr>
          <w:b w:val="0"/>
        </w:rPr>
        <w:t>Only authorized operators may operate a personal watercraft. No operation is permitted while impaired by alcohol, cannabis, drugs, medication or fatigue. Operators must use required safety equipment and follow all applicable navigation and boating rules.</w:t>
      </w:r>
    </w:p>
    <w:p>
      <w:r>
        <w:rPr>
          <w:b w:val="0"/>
        </w:rPr>
        <w:t>The Participant acknowledges the additional risks of personal watercraft, including high speed, collision, falls into water, propeller and jet-thrust injuries, capsizing and injury to passengers.</w:t>
      </w:r>
    </w:p>
    <w:p>
      <w:r>
        <w:rPr>
          <w:b/>
        </w:rPr>
        <w:t>Participant Initials: ____________________    Date: ____________________</w:t>
      </w:r>
    </w:p>
    <w:p>
      <w:pPr>
        <w:pStyle w:val="Heading1"/>
      </w:pPr>
      <w:r>
        <w:t>11. PONTOON BOAT</w:t>
      </w:r>
    </w:p>
    <w:p>
      <w:r>
        <w:rPr>
          <w:b w:val="0"/>
        </w:rPr>
        <w:t>Where a pontoon boat is made available, use is subject to any separate agreement and applicable laws. The operator is responsible for safe operation, passenger capacity, required safety equipment, weather conditions and lawful operation.</w:t>
      </w:r>
    </w:p>
    <w:p>
      <w:r>
        <w:rPr>
          <w:b w:val="0"/>
        </w:rPr>
        <w:t>No participant may exceed the stated capacity or operate the boat while impaired. The operator must comply with all applicable boating requirements and instructions.</w:t>
      </w:r>
    </w:p>
    <w:p>
      <w:r>
        <w:rPr>
          <w:b/>
        </w:rPr>
        <w:t>Participant Initials: ____________________    Date: ____________________</w:t>
      </w:r>
    </w:p>
    <w:p>
      <w:r>
        <w:br w:type="page"/>
      </w:r>
    </w:p>
    <w:p>
      <w:pPr>
        <w:pStyle w:val="Heading1"/>
      </w:pPr>
      <w:r>
        <w:t>12. GOLF CART</w:t>
      </w:r>
    </w:p>
    <w:p>
      <w:r>
        <w:rPr>
          <w:b w:val="0"/>
        </w:rPr>
        <w:t>Where a golf cart is made available, use is subject to authorization by the Provider and any separate golf cart agreement. Golf carts can cause serious injury or death through rollovers, collisions, falls, ejection and improper operation.</w:t>
      </w:r>
    </w:p>
    <w:p>
      <w:r>
        <w:rPr>
          <w:b w:val="0"/>
        </w:rPr>
        <w:t>Only authorized drivers may operate the golf cart. Passengers must remain seated in designated seating areas. No standing, unsafe loading, racing, towing, reckless driving or operation while impaired is permitted.</w:t>
      </w:r>
    </w:p>
    <w:p>
      <w:r>
        <w:rPr>
          <w:b/>
        </w:rPr>
        <w:t>Participant Initials: ____________________    Date: ____________________</w:t>
      </w:r>
    </w:p>
    <w:p>
      <w:pPr>
        <w:pStyle w:val="Heading1"/>
      </w:pPr>
      <w:r>
        <w:t>13. FIRE, FIRE PIT, FIREPLACE AND BBQ</w:t>
      </w:r>
    </w:p>
    <w:p>
      <w:r>
        <w:rPr>
          <w:b w:val="0"/>
        </w:rPr>
        <w:t>Fire, fireplace, fire pit and BBQ use carries risks of burns, smoke inhalation, fire spread, property damage and serious injury. Participants agree to follow all posted instructions, fire restrictions, municipal/provincial requirements and Provider directions.</w:t>
      </w:r>
    </w:p>
    <w:p>
      <w:r>
        <w:rPr>
          <w:b w:val="0"/>
        </w:rPr>
        <w:t>Fires must never be left unattended. Participants must use designated areas only and must ensure fires are fully extinguished when required. The Provider may prohibit fires during hazardous conditions.</w:t>
      </w:r>
    </w:p>
    <w:p>
      <w:r>
        <w:rPr>
          <w:b w:val="0"/>
        </w:rPr>
        <w:t>The Participant accepts responsibility for damage resulting from misuse, negligence, unauthorized fires or failure to follow instructions, subject to applicable law.</w:t>
      </w:r>
    </w:p>
    <w:p>
      <w:r>
        <w:rPr>
          <w:b/>
        </w:rPr>
        <w:t>Participant Initials: ____________________    Date: ____________________</w:t>
      </w:r>
    </w:p>
    <w:p>
      <w:pPr>
        <w:pStyle w:val="Heading1"/>
      </w:pPr>
      <w:r>
        <w:t>14. SAUNA, STEAM ROOM AND OUTDOOR SHOWER</w:t>
      </w:r>
    </w:p>
    <w:p>
      <w:r>
        <w:rPr>
          <w:b w:val="0"/>
        </w:rPr>
        <w:t>The Participant acknowledges risks associated with heat, steam, hot surfaces, dehydration, dizziness, fainting, burns and slips. Participants should not use these amenities while impaired and should exit immediately if feeling unwell.</w:t>
      </w:r>
    </w:p>
    <w:p>
      <w:r>
        <w:rPr>
          <w:b w:val="0"/>
        </w:rPr>
        <w:t>Children must be supervised by a responsible adult. Participants are responsible for following posted operating instructions and any time or temperature limits.</w:t>
      </w:r>
    </w:p>
    <w:p>
      <w:r>
        <w:rPr>
          <w:b/>
        </w:rPr>
        <w:t>Participant Initials: ____________________    Date: ____________________</w:t>
      </w:r>
    </w:p>
    <w:p>
      <w:pPr>
        <w:pStyle w:val="Heading1"/>
      </w:pPr>
      <w:r>
        <w:t>15. SLIPS, TRIPS, FALLS, STAIRS, DECKS AND TERRAIN</w:t>
      </w:r>
    </w:p>
    <w:p>
      <w:r>
        <w:rPr>
          <w:b w:val="0"/>
        </w:rPr>
        <w:t>The Property may contain stairs, decks, loft access, uneven ground, wet surfaces, mud, gravel, rocks, roots, ice, snow, slippery areas and other changing conditions. Participants agree to use reasonable care and appropriate footwear and to supervise children.</w:t>
      </w:r>
    </w:p>
    <w:p>
      <w:r>
        <w:rPr>
          <w:b w:val="0"/>
        </w:rPr>
        <w:t>Outdoor conditions may change without notice due to weather, lake conditions or seasonal conditions.</w:t>
      </w:r>
    </w:p>
    <w:p>
      <w:r>
        <w:rPr>
          <w:b/>
        </w:rPr>
        <w:t>Participant Initials: ____________________    Date: ____________________</w:t>
      </w:r>
    </w:p>
    <w:p>
      <w:pPr>
        <w:pStyle w:val="Heading1"/>
      </w:pPr>
      <w:r>
        <w:t>16. WEATHER, WILDLIFE AND NATURAL CONDITIONS</w:t>
      </w:r>
    </w:p>
    <w:p>
      <w:r>
        <w:rPr>
          <w:b w:val="0"/>
        </w:rPr>
        <w:t>The Participant acknowledges that Candle Lake is a natural recreational environment. Risks may arise from storms, lightning, wind, extreme temperatures, insects, ticks, wildlife, plants, falling branches, smoke and other natural conditions.</w:t>
      </w:r>
    </w:p>
    <w:p>
      <w:r>
        <w:rPr>
          <w:b w:val="0"/>
        </w:rPr>
        <w:t>Participants are responsible for taking reasonable precautions and following warnings or restrictions issued by the Provider or authorities.</w:t>
      </w:r>
    </w:p>
    <w:p>
      <w:r>
        <w:rPr>
          <w:b/>
        </w:rPr>
        <w:t>Participant Initials: ____________________    Date: ____________________</w:t>
      </w:r>
    </w:p>
    <w:p>
      <w:pPr>
        <w:pStyle w:val="Heading1"/>
      </w:pPr>
      <w:r>
        <w:t>17. CHILDREN AND MINORS</w:t>
      </w:r>
    </w:p>
    <w:p>
      <w:r>
        <w:rPr>
          <w:b w:val="0"/>
        </w:rPr>
        <w:t>Every minor must remain under the active supervision of a parent, legal guardian or responsible adult designated by the parent or guardian. The Provider does not assume parental or supervisory responsibility for minors.</w:t>
      </w:r>
    </w:p>
    <w:p>
      <w:r>
        <w:rPr>
          <w:b w:val="0"/>
        </w:rPr>
        <w:t>A parent or legal guardian signing on behalf of a minor represents that they have authority to do so and agrees, to the fullest extent permitted by law, to the applicable terms of this Agreement on behalf of the minor.</w:t>
      </w:r>
    </w:p>
    <w:p>
      <w:r>
        <w:rPr>
          <w:b w:val="0"/>
        </w:rPr>
        <w:t>Where a separate activity-specific consent is required for a minor, that consent must also be completed.</w:t>
      </w:r>
    </w:p>
    <w:p>
      <w:r>
        <w:rPr>
          <w:b/>
        </w:rPr>
        <w:t>Participant Initials: ____________________    Date: ____________________</w:t>
      </w:r>
    </w:p>
    <w:p>
      <w:r>
        <w:br w:type="page"/>
      </w:r>
    </w:p>
    <w:p>
      <w:pPr>
        <w:pStyle w:val="Heading1"/>
      </w:pPr>
      <w:r>
        <w:t>18. ALCOHOL, CANNABIS, DRUGS AND IMPAIRMENT</w:t>
      </w:r>
    </w:p>
    <w:p>
      <w:r>
        <w:rPr>
          <w:b w:val="0"/>
        </w:rPr>
        <w:t>Participants must not operate watercraft, golf carts, vehicles or potentially hazardous equipment while impaired by alcohol, cannabis, illegal drugs, medication or any other substance, or while materially fatigued.</w:t>
      </w:r>
    </w:p>
    <w:p>
      <w:r>
        <w:rPr>
          <w:b w:val="0"/>
        </w:rPr>
        <w:t>The Provider may immediately restrict access to equipment or Activities where it reasonably believes a Participant is impaired or acting unsafely.</w:t>
      </w:r>
    </w:p>
    <w:p>
      <w:r>
        <w:rPr>
          <w:b/>
        </w:rPr>
        <w:t>Participant Initials: ____________________    Date: ____________________</w:t>
      </w:r>
    </w:p>
    <w:p>
      <w:pPr>
        <w:pStyle w:val="Heading1"/>
      </w:pPr>
      <w:r>
        <w:t>19. OCCUPANCY AND AUTHORIZED GUESTS</w:t>
      </w:r>
    </w:p>
    <w:p>
      <w:r>
        <w:rPr>
          <w:b w:val="0"/>
        </w:rPr>
        <w:t>Only the persons properly registered and authorized under the reservation may occupy or use the Property. The Participant agrees not to exceed the Property’s stated maximum occupancy or permit unauthorized persons to participate in Activities.</w:t>
      </w:r>
    </w:p>
    <w:p>
      <w:r>
        <w:rPr>
          <w:b w:val="0"/>
        </w:rPr>
        <w:t>The Participant acknowledges that the Provider may require every adult guest to complete and sign this Agreement before accessing the Property or Activities.</w:t>
      </w:r>
    </w:p>
    <w:p>
      <w:r>
        <w:rPr>
          <w:b w:val="0"/>
        </w:rPr>
        <w:t>The Participant remains responsible for communicating the Property rules and safety requirements to members of their group.</w:t>
      </w:r>
    </w:p>
    <w:p>
      <w:r>
        <w:rPr>
          <w:b/>
        </w:rPr>
        <w:t>Participant Initials: ____________________    Date: ____________________</w:t>
      </w:r>
    </w:p>
    <w:p>
      <w:pPr>
        <w:pStyle w:val="Heading1"/>
      </w:pPr>
      <w:r>
        <w:t>20. PROPERTY DAMAGE AND LOSS</w:t>
      </w:r>
    </w:p>
    <w:p>
      <w:r>
        <w:rPr>
          <w:b w:val="0"/>
        </w:rPr>
        <w:t>The Participant agrees to use the Property and equipment responsibly and to promptly report damage, malfunction, hazards or unsafe conditions to the Provider.</w:t>
      </w:r>
    </w:p>
    <w:p>
      <w:r>
        <w:rPr>
          <w:b w:val="0"/>
        </w:rPr>
        <w:t>The Participant may be responsible, subject to applicable law and the applicable rental agreement, for damage, loss, destruction, excessive cleaning, missing equipment or other costs caused by the Participant or members of the Participant’s group beyond ordinary wear and tear.</w:t>
      </w:r>
    </w:p>
    <w:p>
      <w:r>
        <w:rPr>
          <w:b w:val="0"/>
        </w:rPr>
        <w:t>Nothing in this Agreement authorizes an automatic or predetermined charge where such charge would be unlawful.</w:t>
      </w:r>
    </w:p>
    <w:p>
      <w:r>
        <w:rPr>
          <w:b/>
        </w:rPr>
        <w:t>Participant Initials: ____________________    Date: ____________________</w:t>
      </w:r>
    </w:p>
    <w:p>
      <w:pPr>
        <w:pStyle w:val="Heading1"/>
      </w:pPr>
      <w:r>
        <w:t>21. PERSONAL PROPERTY</w:t>
      </w:r>
    </w:p>
    <w:p>
      <w:r>
        <w:rPr>
          <w:b w:val="0"/>
        </w:rPr>
        <w:t>The Participant is solely responsible for personal belongings brought onto the Property or used during Activities. The Released Parties are not responsible for loss, theft or damage to personal property except to the extent liability cannot lawfully be excluded.</w:t>
      </w:r>
    </w:p>
    <w:p>
      <w:r>
        <w:rPr>
          <w:b/>
        </w:rPr>
        <w:t>Participant Initials: ____________________    Date: ____________________</w:t>
      </w:r>
    </w:p>
    <w:p>
      <w:pPr>
        <w:pStyle w:val="Heading1"/>
      </w:pPr>
      <w:r>
        <w:t>22. EMERGENCIES AND MEDICAL TREATMENT</w:t>
      </w:r>
    </w:p>
    <w:p>
      <w:r>
        <w:rPr>
          <w:b w:val="0"/>
        </w:rPr>
        <w:t>The Participant understands that the Property may be located in a recreational area where emergency response and medical assistance may not be immediate.</w:t>
      </w:r>
    </w:p>
    <w:p>
      <w:r>
        <w:rPr>
          <w:b w:val="0"/>
        </w:rPr>
        <w:t>In an emergency, Participants should contact appropriate emergency services and follow emergency instructions. The Provider may contact emergency services when reasonably necessary.</w:t>
      </w:r>
    </w:p>
    <w:p>
      <w:r>
        <w:rPr>
          <w:b w:val="0"/>
        </w:rPr>
        <w:t>The Participant authorizes reasonable emergency assistance and acknowledges that any medical treatment is provided by qualified third parties, not by the Provider.</w:t>
      </w:r>
    </w:p>
    <w:p>
      <w:r>
        <w:rPr>
          <w:b/>
        </w:rPr>
        <w:t>Participant Initials: ____________________    Date: ____________________</w:t>
      </w:r>
    </w:p>
    <w:p>
      <w:pPr>
        <w:pStyle w:val="Heading1"/>
      </w:pPr>
      <w:r>
        <w:t>23. INCIDENT REPORTING</w:t>
      </w:r>
    </w:p>
    <w:p>
      <w:r>
        <w:rPr>
          <w:b w:val="0"/>
        </w:rPr>
        <w:t>Any injury, accident, equipment failure, property damage, fire, watercraft incident or other significant incident must be reported to the Provider as soon as reasonably possible. Participants agree to cooperate reasonably with incident documentation and insurance requirements.</w:t>
      </w:r>
    </w:p>
    <w:p>
      <w:r>
        <w:rPr>
          <w:b/>
        </w:rPr>
        <w:t>Participant Initials: ____________________    Date: ____________________</w:t>
      </w:r>
    </w:p>
    <w:p>
      <w:pPr>
        <w:pStyle w:val="Heading1"/>
      </w:pPr>
      <w:r>
        <w:t>24. RULES AND DIRECTIONS</w:t>
      </w:r>
    </w:p>
    <w:p>
      <w:r>
        <w:rPr>
          <w:b w:val="0"/>
        </w:rPr>
        <w:t>The Participant agrees to comply with all house rules, posted notices, equipment instructions, safety directions, applicable laws and reasonable instructions issued by the Provider. Rules may be updated where reasonably necessary for safety, legal compliance or property protection.</w:t>
      </w:r>
    </w:p>
    <w:p>
      <w:r>
        <w:rPr>
          <w:b/>
        </w:rPr>
        <w:t>Participant Initials: ____________________    Date: ____________________</w:t>
      </w:r>
    </w:p>
    <w:p>
      <w:pPr>
        <w:pStyle w:val="Heading1"/>
      </w:pPr>
      <w:r>
        <w:t>25. INDEMNITY</w:t>
      </w:r>
    </w:p>
    <w:p>
      <w:r>
        <w:rPr>
          <w:b w:val="0"/>
        </w:rPr>
        <w:t>TO THE FULLEST EXTENT PERMITTED BY LAW, the Participant agrees to indemnify and hold harmless the Released Parties from claims, liabilities, losses, damages, costs and reasonable expenses arising from the Participant’s acts or omissions, breach of this Agreement, unlawful conduct, misuse of equipment, or damage caused by the Participant or members of the Participant’s group, except to the extent such indemnity is prohibited by law.</w:t>
      </w:r>
    </w:p>
    <w:p>
      <w:r>
        <w:rPr>
          <w:b/>
        </w:rPr>
        <w:t>Participant Initials: ____________________    Date: ____________________</w:t>
      </w:r>
    </w:p>
    <w:p>
      <w:r>
        <w:br w:type="page"/>
      </w:r>
    </w:p>
    <w:p>
      <w:pPr>
        <w:pStyle w:val="Heading1"/>
      </w:pPr>
      <w:r>
        <w:t>26. NO GUARANTEE OF AVAILABILITY OR CONDITION</w:t>
      </w:r>
    </w:p>
    <w:p>
      <w:r>
        <w:rPr>
          <w:b w:val="0"/>
        </w:rPr>
        <w:t>The Participant acknowledges that recreational equipment and amenities may be unavailable due to weather, maintenance, safety concerns, damage, mechanical failure, legal restrictions or other circumstances. The Provider does not guarantee uninterrupted availability of any amenity or equipment.</w:t>
      </w:r>
    </w:p>
    <w:p>
      <w:r>
        <w:rPr>
          <w:b w:val="0"/>
        </w:rPr>
        <w:t>The Participant agrees not to use equipment that appears damaged, defective or unsafe and will promptly notify the Provider.</w:t>
      </w:r>
    </w:p>
    <w:p>
      <w:r>
        <w:rPr>
          <w:b/>
        </w:rPr>
        <w:t>Participant Initials: ____________________    Date: ____________________</w:t>
      </w:r>
    </w:p>
    <w:p>
      <w:pPr>
        <w:pStyle w:val="Heading1"/>
      </w:pPr>
      <w:r>
        <w:t>27. NO WAIVER OF NON-WAIVABLE RIGHTS</w:t>
      </w:r>
    </w:p>
    <w:p>
      <w:r>
        <w:rPr>
          <w:b w:val="0"/>
        </w:rPr>
        <w:t>Nothing in this Agreement is intended to waive, release or limit any right, remedy, duty or liability that cannot legally be waived, released or limited under applicable Saskatchewan or Canadian law.</w:t>
      </w:r>
    </w:p>
    <w:p>
      <w:r>
        <w:rPr>
          <w:b/>
        </w:rPr>
        <w:t>Participant Initials: ____________________    Date: ____________________</w:t>
      </w:r>
    </w:p>
    <w:p>
      <w:pPr>
        <w:pStyle w:val="Heading1"/>
      </w:pPr>
      <w:r>
        <w:t>28. ENTIRE AGREEMENT AND RELATED DOCUMENTS</w:t>
      </w:r>
    </w:p>
    <w:p>
      <w:r>
        <w:rPr>
          <w:b w:val="0"/>
        </w:rPr>
        <w:t>This Agreement is intended to operate together with the applicable rental agreement, house rules, booking terms, equipment rental agreements and activity-specific waivers. If a separate activity agreement contains additional safety requirements, the Participant must comply with both documents.</w:t>
      </w:r>
    </w:p>
    <w:p>
      <w:r>
        <w:rPr>
          <w:b w:val="0"/>
        </w:rPr>
        <w:t>If a conflict exists, the more specific activity-safety requirement will apply to that Activity, to the extent permitted by law.</w:t>
      </w:r>
    </w:p>
    <w:p>
      <w:r>
        <w:rPr>
          <w:b/>
        </w:rPr>
        <w:t>Participant Initials: ____________________    Date: ____________________</w:t>
      </w:r>
    </w:p>
    <w:p>
      <w:pPr>
        <w:pStyle w:val="Heading1"/>
      </w:pPr>
      <w:r>
        <w:t>29. SEVERABILITY</w:t>
      </w:r>
    </w:p>
    <w:p>
      <w:r>
        <w:rPr>
          <w:b w:val="0"/>
        </w:rPr>
        <w:t>If any provision of this Agreement is determined to be invalid or unenforceable, that provision shall be limited or severed only to the extent necessary, and the remaining provisions shall continue to the fullest extent permitted by law.</w:t>
      </w:r>
    </w:p>
    <w:p>
      <w:r>
        <w:rPr>
          <w:b/>
        </w:rPr>
        <w:t>Participant Initials: ____________________    Date: ____________________</w:t>
      </w:r>
    </w:p>
    <w:p>
      <w:pPr>
        <w:pStyle w:val="Heading1"/>
      </w:pPr>
      <w:r>
        <w:t>30. GOVERNING LAW AND JURISDICTION</w:t>
      </w:r>
    </w:p>
    <w:p>
      <w:r>
        <w:rPr>
          <w:b w:val="0"/>
        </w:rPr>
        <w:t>This Agreement shall be governed by and construed in accordance with the laws of the Province of Saskatchewan and the applicable laws of Canada. The Participant acknowledges Saskatchewan as the agreed governing jurisdiction, subject to any mandatory law that provides otherwise.</w:t>
      </w:r>
    </w:p>
    <w:p>
      <w:r>
        <w:rPr>
          <w:b/>
        </w:rPr>
        <w:t>Participant Initials: ____________________    Date: ____________________</w:t>
      </w:r>
    </w:p>
    <w:p>
      <w:pPr>
        <w:pStyle w:val="Heading1"/>
      </w:pPr>
      <w:r>
        <w:t>31. ACKNOWLEDGMENT OF VOLUNTARY SIGNING</w:t>
      </w:r>
    </w:p>
    <w:p>
      <w:r>
        <w:rPr>
          <w:b w:val="0"/>
        </w:rPr>
        <w:t>The Participant confirms that they have read this Agreement carefully, understand its nature and effect, have had an opportunity to ask questions, and have had the opportunity to obtain independent legal advice before signing.</w:t>
      </w:r>
    </w:p>
    <w:p>
      <w:r>
        <w:rPr>
          <w:b w:val="0"/>
        </w:rPr>
        <w:t>The Participant confirms that they are signing voluntarily and understand that this Agreement is intended to have contractual effect.</w:t>
      </w:r>
    </w:p>
    <w:p>
      <w:r>
        <w:rPr>
          <w:b/>
        </w:rPr>
        <w:t>Participant Initials: ____________________    Date: ____________________</w:t>
      </w:r>
    </w:p>
    <w:p>
      <w:pPr>
        <w:pStyle w:val="Heading1"/>
      </w:pPr>
      <w:r>
        <w:t>32. ELECTRONIC SIGNATURES</w:t>
      </w:r>
    </w:p>
    <w:p>
      <w:r>
        <w:rPr>
          <w:b w:val="0"/>
        </w:rPr>
        <w:t>The parties agree that an electronic signature, digital acknowledgment, checkbox acceptance, or electronically completed copy may constitute evidence of acceptance to the extent permitted by applicable law.</w:t>
      </w:r>
    </w:p>
    <w:p>
      <w:r>
        <w:rPr>
          <w:b/>
        </w:rPr>
        <w:t>Participant Initials: ____________________    Date: ____________________</w:t>
      </w:r>
    </w:p>
    <w:p>
      <w:r>
        <w:br w:type="page"/>
      </w:r>
    </w:p>
    <w:p>
      <w:pPr>
        <w:pStyle w:val="Heading1"/>
      </w:pPr>
      <w:r>
        <w:t>33. PARTICIPANT ACKNOWLEDGMENT — INITIAL EACH</w:t>
      </w:r>
    </w:p>
    <w:p>
      <w:r>
        <w:rPr>
          <w:b w:val="0"/>
        </w:rPr>
        <w:t>Please initial each statement:</w:t>
      </w:r>
    </w:p>
    <w:p>
      <w:r>
        <w:rPr>
          <w:b w:val="0"/>
        </w:rPr>
        <w:t>__________  I have read and understand this Agreement.</w:t>
      </w:r>
    </w:p>
    <w:p>
      <w:r>
        <w:rPr>
          <w:b w:val="0"/>
        </w:rPr>
        <w:t>__________  I understand that lake, dock and water activities carry serious risks, including drowning.</w:t>
      </w:r>
    </w:p>
    <w:p>
      <w:r>
        <w:rPr>
          <w:b w:val="0"/>
        </w:rPr>
        <w:t>__________  I understand that recreational equipment can cause serious injury or death.</w:t>
      </w:r>
    </w:p>
    <w:p>
      <w:r>
        <w:rPr>
          <w:b w:val="0"/>
        </w:rPr>
        <w:t>__________  I understand that weather and natural conditions can change quickly.</w:t>
      </w:r>
    </w:p>
    <w:p>
      <w:r>
        <w:rPr>
          <w:b w:val="0"/>
        </w:rPr>
        <w:t>__________  I agree to follow all safety instructions and applicable laws.</w:t>
      </w:r>
    </w:p>
    <w:p>
      <w:r>
        <w:rPr>
          <w:b w:val="0"/>
        </w:rPr>
        <w:t>__________  I will not operate watercraft or a golf cart while impaired.</w:t>
      </w:r>
    </w:p>
    <w:p>
      <w:r>
        <w:rPr>
          <w:b w:val="0"/>
        </w:rPr>
        <w:t>__________  I understand that minors must be actively supervised by a responsible adult.</w:t>
      </w:r>
    </w:p>
    <w:p>
      <w:r>
        <w:rPr>
          <w:b w:val="0"/>
        </w:rPr>
        <w:t>__________  I understand that unauthorized guests are not permitted.</w:t>
      </w:r>
    </w:p>
    <w:p>
      <w:r>
        <w:rPr>
          <w:b w:val="0"/>
        </w:rPr>
        <w:t>__________  I agree to report hazards, injuries, accidents and equipment damage promptly.</w:t>
      </w:r>
    </w:p>
    <w:p>
      <w:r>
        <w:rPr>
          <w:b w:val="0"/>
        </w:rPr>
        <w:t>__________  I have had the opportunity to obtain independent legal advice.</w:t>
      </w:r>
    </w:p>
    <w:p>
      <w:r>
        <w:rPr>
          <w:b w:val="0"/>
        </w:rPr>
        <w:t>__________  I voluntarily accept the risks described in this Agreement.</w:t>
      </w:r>
    </w:p>
    <w:p>
      <w:r>
        <w:rPr>
          <w:b w:val="0"/>
        </w:rPr>
        <w:t>__________  I understand that the release and indemnity provisions are intended to have legal effect to the fullest extent permitted by law.</w:t>
      </w:r>
    </w:p>
    <w:p>
      <w:pPr>
        <w:pStyle w:val="Heading1"/>
      </w:pPr>
      <w:r>
        <w:t>34. EMERGENCY INFORMATION</w:t>
      </w:r>
    </w:p>
    <w:p>
      <w:r>
        <w:rPr>
          <w:b w:val="0"/>
        </w:rPr>
        <w:t>Participant full name: ______________________________________________</w:t>
      </w:r>
    </w:p>
    <w:p>
      <w:r>
        <w:rPr>
          <w:b w:val="0"/>
        </w:rPr>
        <w:t>Emergency contact: _________________________________________________</w:t>
      </w:r>
    </w:p>
    <w:p>
      <w:r>
        <w:rPr>
          <w:b w:val="0"/>
        </w:rPr>
        <w:t>Emergency phone: __________________________________________________</w:t>
      </w:r>
    </w:p>
    <w:p>
      <w:r>
        <w:rPr>
          <w:b w:val="0"/>
        </w:rPr>
        <w:t>Additional emergency information the Participant wishes to voluntarily provide:</w:t>
      </w:r>
    </w:p>
    <w:p>
      <w:r>
        <w:rPr>
          <w:b w:val="0"/>
        </w:rPr>
        <w:t>____________________________________________________________________</w:t>
      </w:r>
    </w:p>
    <w:p>
      <w:r>
        <w:rPr>
          <w:b w:val="0"/>
        </w:rPr>
        <w:t>____________________________________________________________________</w:t>
      </w:r>
    </w:p>
    <w:p>
      <w:pPr>
        <w:pStyle w:val="Heading1"/>
      </w:pPr>
      <w:r>
        <w:t>35. PARTICIPANT SIGNATURE</w:t>
      </w:r>
    </w:p>
    <w:p>
      <w:r>
        <w:rPr>
          <w:b w:val="0"/>
        </w:rPr>
        <w:t>I confirm that I have read, understood and voluntarily accepted this Agreement.</w:t>
      </w:r>
    </w:p>
    <w:p>
      <w:r>
        <w:rPr>
          <w:b w:val="0"/>
        </w:rPr>
        <w:t>Participant Name: _________________________________________________</w:t>
      </w:r>
    </w:p>
    <w:p>
      <w:r>
        <w:rPr>
          <w:b w:val="0"/>
        </w:rPr>
        <w:t>Signature: ________________________________________________________</w:t>
      </w:r>
    </w:p>
    <w:p>
      <w:r>
        <w:rPr>
          <w:b w:val="0"/>
        </w:rPr>
        <w:t>Date: __________________________  Time: ____________________________</w:t>
      </w:r>
    </w:p>
    <w:p>
      <w:r>
        <w:rPr>
          <w:b w:val="0"/>
        </w:rPr>
        <w:t>Email / Phone: ____________________________________________________</w:t>
      </w:r>
    </w:p>
    <w:p>
      <w:pPr>
        <w:pStyle w:val="Heading1"/>
      </w:pPr>
      <w:r>
        <w:t>36. PARENT / LEGAL GUARDIAN ACKNOWLEDGMENT FOR MINORS</w:t>
      </w:r>
    </w:p>
    <w:p>
      <w:r>
        <w:rPr>
          <w:b w:val="0"/>
        </w:rPr>
        <w:t>I am the parent or legal guardian of the minor(s) identified below. I confirm that I have authority to provide consent on the minor’s behalf. To the fullest extent permitted by law, I acknowledge and agree to the applicable terms of this Agreement on behalf of the minor and accept responsibility for supervising the minor and ensuring compliance with safety rules.</w:t>
      </w:r>
    </w:p>
    <w:p>
      <w:r>
        <w:rPr>
          <w:b w:val="0"/>
        </w:rPr>
        <w:t>Minor Name: ______________________________ Age: ______</w:t>
      </w:r>
    </w:p>
    <w:p>
      <w:r>
        <w:rPr>
          <w:b w:val="0"/>
        </w:rPr>
        <w:t>Minor Name: ______________________________ Age: ______</w:t>
      </w:r>
    </w:p>
    <w:p>
      <w:r>
        <w:rPr>
          <w:b w:val="0"/>
        </w:rPr>
        <w:t>Minor Name: ______________________________ Age: ______</w:t>
      </w:r>
    </w:p>
    <w:p>
      <w:r>
        <w:rPr>
          <w:b w:val="0"/>
        </w:rPr>
        <w:t>Parent/Guardian Name: _____________________________________________</w:t>
      </w:r>
    </w:p>
    <w:p>
      <w:r>
        <w:rPr>
          <w:b w:val="0"/>
        </w:rPr>
        <w:t>Relationship: _____________________________________________________</w:t>
      </w:r>
    </w:p>
    <w:p>
      <w:r>
        <w:rPr>
          <w:b w:val="0"/>
        </w:rPr>
        <w:t>Signature: ________________________________________________________</w:t>
      </w:r>
    </w:p>
    <w:p>
      <w:r>
        <w:rPr>
          <w:b w:val="0"/>
        </w:rPr>
        <w:t>Date: __________________________</w:t>
      </w:r>
    </w:p>
    <w:p>
      <w:pPr>
        <w:pStyle w:val="Heading1"/>
      </w:pPr>
      <w:r>
        <w:t>37. ADULT GUEST ACKNOWLEDGMENT</w:t>
      </w:r>
    </w:p>
    <w:p>
      <w:r>
        <w:rPr>
          <w:b w:val="0"/>
        </w:rPr>
        <w:t>Each adult guest should complete the following acknowledgment where required by the Provider.</w:t>
      </w:r>
    </w:p>
    <w:p>
      <w:r>
        <w:rPr>
          <w:b w:val="0"/>
        </w:rPr>
        <w:t>Adult Guest Name: _________________________________________________</w:t>
      </w:r>
    </w:p>
    <w:p>
      <w:r>
        <w:rPr>
          <w:b w:val="0"/>
        </w:rPr>
        <w:t>Signature: ________________________________________________________</w:t>
      </w:r>
    </w:p>
    <w:p>
      <w:r>
        <w:rPr>
          <w:b w:val="0"/>
        </w:rPr>
        <w:t>Date: __________________________</w:t>
      </w:r>
    </w:p>
    <w:p>
      <w:r>
        <w:rPr>
          <w:b w:val="0"/>
        </w:rPr>
        <w:t>Adult Guest Name: _________________________________________________</w:t>
      </w:r>
    </w:p>
    <w:p>
      <w:r>
        <w:rPr>
          <w:b w:val="0"/>
        </w:rPr>
        <w:t>Signature: ________________________________________________________</w:t>
      </w:r>
    </w:p>
    <w:p>
      <w:r>
        <w:rPr>
          <w:b w:val="0"/>
        </w:rPr>
        <w:t>Date: __________________________</w:t>
      </w:r>
    </w:p>
    <w:p>
      <w:r>
        <w:rPr>
          <w:b w:val="0"/>
        </w:rPr>
        <w:t>Adult Guest Name: _________________________________________________</w:t>
      </w:r>
    </w:p>
    <w:p>
      <w:r>
        <w:rPr>
          <w:b w:val="0"/>
        </w:rPr>
        <w:t>Signature: ________________________________________________________</w:t>
      </w:r>
    </w:p>
    <w:p>
      <w:r>
        <w:rPr>
          <w:b w:val="0"/>
        </w:rPr>
        <w:t>Date: __________________________</w:t>
      </w:r>
    </w:p>
    <w:p>
      <w:r>
        <w:rPr>
          <w:b w:val="0"/>
        </w:rPr>
        <w:t>Adult Guest Name: _________________________________________________</w:t>
      </w:r>
    </w:p>
    <w:p>
      <w:r>
        <w:rPr>
          <w:b w:val="0"/>
        </w:rPr>
        <w:t>Signature: ________________________________________________________</w:t>
      </w:r>
    </w:p>
    <w:p>
      <w:r>
        <w:rPr>
          <w:b w:val="0"/>
        </w:rPr>
        <w:t>Date: __________________________</w:t>
      </w:r>
    </w:p>
    <w:p>
      <w:r>
        <w:br w:type="page"/>
      </w:r>
    </w:p>
    <w:p>
      <w:pPr>
        <w:pStyle w:val="Heading1"/>
      </w:pPr>
      <w:r>
        <w:t>38. ACTIVITY-SPECIFIC ACKNOWLEDGMENT</w:t>
      </w:r>
    </w:p>
    <w:p>
      <w:r>
        <w:rPr>
          <w:b w:val="0"/>
        </w:rPr>
        <w:t>The following Activities are subject to additional rules, agreements, eligibility requirements and/or separate waivers where applicable. Initial beside each Activity the Participant intends to use:</w:t>
      </w:r>
    </w:p>
    <w:p>
      <w:r>
        <w:rPr>
          <w:b w:val="0"/>
        </w:rPr>
        <w:t>__________  Swimming / Lake Access</w:t>
      </w:r>
    </w:p>
    <w:p>
      <w:r>
        <w:rPr>
          <w:b w:val="0"/>
        </w:rPr>
        <w:t>__________  Dock</w:t>
      </w:r>
    </w:p>
    <w:p>
      <w:r>
        <w:rPr>
          <w:b w:val="0"/>
        </w:rPr>
        <w:t>__________  Kayak</w:t>
      </w:r>
    </w:p>
    <w:p>
      <w:r>
        <w:rPr>
          <w:b w:val="0"/>
        </w:rPr>
        <w:t>__________  Paddleboard</w:t>
      </w:r>
    </w:p>
    <w:p>
      <w:r>
        <w:rPr>
          <w:b w:val="0"/>
        </w:rPr>
        <w:t>__________  Water Toys / Floats</w:t>
      </w:r>
    </w:p>
    <w:p>
      <w:r>
        <w:rPr>
          <w:b w:val="0"/>
        </w:rPr>
        <w:t>__________  Pontoon Boat</w:t>
      </w:r>
    </w:p>
    <w:p>
      <w:r>
        <w:rPr>
          <w:b w:val="0"/>
        </w:rPr>
        <w:t>__________  Personal Watercraft / Sea-Doo</w:t>
      </w:r>
    </w:p>
    <w:p>
      <w:r>
        <w:rPr>
          <w:b w:val="0"/>
        </w:rPr>
        <w:t>__________  Golf Cart</w:t>
      </w:r>
    </w:p>
    <w:p>
      <w:r>
        <w:rPr>
          <w:b w:val="0"/>
        </w:rPr>
        <w:t>__________  Sauna</w:t>
      </w:r>
    </w:p>
    <w:p>
      <w:r>
        <w:rPr>
          <w:b w:val="0"/>
        </w:rPr>
        <w:t>__________  Steam Room</w:t>
      </w:r>
    </w:p>
    <w:p>
      <w:r>
        <w:rPr>
          <w:b w:val="0"/>
        </w:rPr>
        <w:t>__________  Fire Pit / Fireplace / BBQ</w:t>
      </w:r>
    </w:p>
    <w:p>
      <w:r>
        <w:rPr>
          <w:b w:val="0"/>
        </w:rPr>
        <w:t>__________  Other: ________________________________________________</w:t>
      </w:r>
    </w:p>
    <w:p>
      <w:r>
        <w:rPr>
          <w:b w:val="0"/>
        </w:rPr>
        <w:t>Participant understands that checking/initialing an Activity does not replace any separate agreement, licensing requirement, safety course or legally required authorization.</w:t>
      </w:r>
    </w:p>
    <w:p>
      <w:pPr>
        <w:pStyle w:val="Heading1"/>
      </w:pPr>
      <w:r>
        <w:t>39. PROVIDER ACKNOWLEDGMENT</w:t>
      </w:r>
    </w:p>
    <w:p>
      <w:r>
        <w:rPr>
          <w:b w:val="0"/>
        </w:rPr>
        <w:t>Provider / Authorized Representative: Zen Ventures Rentals Ltd.</w:t>
      </w:r>
    </w:p>
    <w:p>
      <w:r>
        <w:rPr>
          <w:b w:val="0"/>
        </w:rPr>
        <w:t>Representative Name: ______________________________________________</w:t>
      </w:r>
    </w:p>
    <w:p>
      <w:r>
        <w:rPr>
          <w:b w:val="0"/>
        </w:rPr>
        <w:t>Signature: ________________________________________________________</w:t>
      </w:r>
    </w:p>
    <w:p>
      <w:r>
        <w:rPr>
          <w:b w:val="0"/>
        </w:rPr>
        <w:t>Date: __________________________</w:t>
      </w:r>
    </w:p>
    <w:p>
      <w:pPr>
        <w:pStyle w:val="Heading1"/>
      </w:pPr>
      <w:r>
        <w:t>40. FINAL ACKNOWLEDGMENT</w:t>
      </w:r>
    </w:p>
    <w:p>
      <w:r>
        <w:rPr>
          <w:b w:val="0"/>
        </w:rPr>
        <w:t>The Participant acknowledges that this Agreement is intended to protect the Provider and the other Released Parties from claims arising from the risks and activities described above, to the fullest extent permitted by law. The Participant understands that signing this Agreement is a condition of participation in the applicable Activities and/or access to the Property.</w:t>
      </w:r>
    </w:p>
    <w:p>
      <w:r>
        <w:rPr>
          <w:b w:val="0"/>
        </w:rPr>
        <w:t>Participant Signature: ______________________________________________</w:t>
      </w:r>
    </w:p>
    <w:p>
      <w:r>
        <w:rPr>
          <w:b w:val="0"/>
        </w:rPr>
        <w:t>Date: __________________________</w:t>
      </w:r>
    </w:p>
    <w:p>
      <w:r>
        <w:rPr>
          <w:b w:val="0"/>
        </w:rPr>
        <w:t>Witness Name: _____________________________________________________</w:t>
      </w:r>
    </w:p>
    <w:p>
      <w:r>
        <w:rPr>
          <w:b w:val="0"/>
        </w:rPr>
        <w:t>Witness Signature: _________________________________________________</w:t>
      </w:r>
    </w:p>
    <w:p>
      <w:r>
        <w:rPr>
          <w:b w:val="0"/>
        </w:rPr>
        <w:t>Date: __________________________</w:t>
      </w:r>
    </w:p>
    <w:p/>
    <w:p>
      <w:r>
        <w:rPr>
          <w:b/>
        </w:rPr>
        <w:t>LEGAL REVIEW RECOMMENDATION</w:t>
      </w:r>
    </w:p>
    <w:p>
      <w:r>
        <w:rPr>
          <w:b w:val="0"/>
        </w:rPr>
        <w:t>This template has been expanded from the uploaded four-page Activity Waiver &amp; Release and tailored to the Candle Lake property and its described recreational uses. It is not a substitute for advice from a Saskatchewan lawyer. Before implementation, have Saskatchewan counsel review the final wording, especially the release of negligence claims, indemnity, minors, consumer/rental terms, watercraft, golf cart use, and the relationship between this Agreement and your rental contract.</w:t>
      </w:r>
    </w:p>
    <w:p>
      <w:r>
        <w:rPr>
          <w:b w:val="0"/>
        </w:rPr>
        <w:t>Document version: August 2026</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